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énergie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préparer une résiliation ou un changement de fournisseur d’énergie.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énergie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préparer une résiliation ou un changement de fournisseur d’énergie.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énergie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énergie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énergie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