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d’abonnement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demander la fin d’un abonnement ou service récurrent.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d’abonnement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demander la fin d’un abonnement ou service récurrent.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sans vérifier la durée d’engagement et les modalités prévues au contrat.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d’abonnement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d’abonnement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d’abonnement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