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réclamation consommateur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signaler un problème, demander une réparation ou contester une facture.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Réclamation consommateur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signaler un problème, demander une réparation ou contester une facture.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si aucun élément de preuve n’est joint ou mentionné.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Réclamation consommateur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Réclamation consommateur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conteste la situation suivante : [facture / livraison / prestation / décision / prélèvement], pour les motifs suivants : [faits précis et pièces justificatives].</w:t>
      </w:r>
    </w:p>
    <w:p>
      <w:r>
        <w:rPr>
          <w:b w:val="0"/>
          <w:i w:val="0"/>
        </w:rPr>
        <w:t>Je vous demande de procéder à [correction / remboursement / annulation / régularisation] dans un délai de [délai].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réclamation consommateur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