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pouvoir pour assemblée générale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permettre à un membre de se faire représenter.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Pouvoir pour 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permettre à un membre de se faire représenter.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Pouvoir pour 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Pouvoir pour assemblée générale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pouvoir pour assemblée générale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