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médiation consommation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préparer une demande de médiation ou rappeler cette voie de règlement.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médiation consommation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préparer une demande de médiation ou rappeler cette voie de règlement.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médiation consommation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médiation consommation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médiation consommation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