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garantie légale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invoquer une garantie ou demander réparation.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garantie légale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invoquer une garantie ou demander réparation.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garantie légale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garantie légale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garantie légale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