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color w:val="B7791F"/>
          <w:sz w:val="16"/>
        </w:rPr>
        <w:t>CONTRATS.COM</w:t>
      </w:r>
    </w:p>
    <w:p>
      <w:pPr>
        <w:pStyle w:val="Title"/>
      </w:pPr>
      <w:r>
        <w:rPr>
          <w:b w:val="0"/>
          <w:i w:val="0"/>
        </w:rPr>
        <w:t>Modèle de état des lieux gratuit</w:t>
      </w:r>
    </w:p>
    <w:p>
      <w:r>
        <w:rPr>
          <w:b/>
          <w:i w:val="0"/>
          <w:color w:val="0B2D57"/>
        </w:rPr>
        <w:t>Version simple — France — fichier modifiable gratuit</w:t>
      </w:r>
    </w:p>
    <w:p>
      <w:r>
        <w:rPr>
          <w:b w:val="0"/>
          <w:i/>
        </w:rPr>
        <w:t>Utiliser à l’entrée et à la sortie du logement pour décrire précisément son état.</w:t>
      </w:r>
    </w:p>
    <w:p>
      <w:r>
        <w:rPr>
          <w:b w:val="0"/>
          <w:i/>
          <w:color w:val="7C2D12"/>
        </w:rPr>
        <w:t>Avertissement : ce document est une base générale de rédaction pour la France. Il ne remplace pas un conseil juridique personnalisé. Vérifiez les règles applicables, les annexes et les informations obligatoires avant signature.</w:t>
      </w:r>
    </w:p>
    <w:tbl>
      <w:tblPr>
        <w:tblStyle w:val="TableGrid"/>
        <w:tblW w:type="auto" w:w="0"/>
        <w:jc w:val="center"/>
        <w:tblLook w:firstColumn="1" w:firstRow="1" w:lastColumn="0" w:lastRow="0" w:noHBand="0" w:noVBand="1" w:val="04A0"/>
      </w:tblPr>
      <w:tblGrid>
        <w:gridCol w:w="5112"/>
        <w:gridCol w:w="5112"/>
      </w:tblGrid>
      <w:tr>
        <w:tc>
          <w:tcPr>
            <w:tcW w:type="dxa" w:w="5112"/>
            <w:vAlign w:val="center"/>
            <w:shd w:fill="EEF4FF"/>
          </w:tcPr>
          <w:p>
            <w:r>
              <w:t>Modèle</w:t>
            </w:r>
          </w:p>
        </w:tc>
        <w:tc>
          <w:tcPr>
            <w:tcW w:type="dxa" w:w="5112"/>
            <w:vAlign w:val="center"/>
          </w:tcPr>
          <w:p>
            <w:r>
              <w:t>État des lieux</w:t>
            </w:r>
          </w:p>
        </w:tc>
      </w:tr>
      <w:tr>
        <w:tc>
          <w:tcPr>
            <w:tcW w:type="dxa" w:w="5112"/>
            <w:vAlign w:val="center"/>
            <w:shd w:fill="EEF4FF"/>
          </w:tcPr>
          <w:p>
            <w:r>
              <w:t>Utilisation prévue</w:t>
            </w:r>
          </w:p>
        </w:tc>
        <w:tc>
          <w:tcPr>
            <w:tcW w:type="dxa" w:w="5112"/>
            <w:vAlign w:val="center"/>
          </w:tcPr>
          <w:p>
            <w:r>
              <w:t>Utiliser à l’entrée et à la sortie du logement pour décrire précisément son état.</w:t>
            </w:r>
          </w:p>
        </w:tc>
      </w:tr>
      <w:tr>
        <w:tc>
          <w:tcPr>
            <w:tcW w:type="dxa" w:w="5112"/>
            <w:vAlign w:val="center"/>
            <w:shd w:fill="EEF4FF"/>
          </w:tcPr>
          <w:p>
            <w:r>
              <w:t>À éviter</w:t>
            </w:r>
          </w:p>
        </w:tc>
        <w:tc>
          <w:tcPr>
            <w:tcW w:type="dxa" w:w="5112"/>
            <w:vAlign w:val="center"/>
          </w:tcPr>
          <w:p>
            <w:r>
              <w:t>Ne pas le réduire à une formalité : il protège les deux parties en cas de litige.</w:t>
            </w:r>
          </w:p>
        </w:tc>
      </w:tr>
      <w:tr>
        <w:tc>
          <w:tcPr>
            <w:tcW w:type="dxa" w:w="5112"/>
            <w:vAlign w:val="center"/>
            <w:shd w:fill="EEF4FF"/>
          </w:tcPr>
          <w:p>
            <w:r>
              <w:t>Niveau de risque</w:t>
            </w:r>
          </w:p>
        </w:tc>
        <w:tc>
          <w:tcPr>
            <w:tcW w:type="dxa" w:w="5112"/>
            <w:vAlign w:val="center"/>
          </w:tcPr>
          <w:p>
            <w:r>
              <w:t>moyen</w:t>
            </w:r>
          </w:p>
        </w:tc>
      </w:tr>
      <w:tr>
        <w:tc>
          <w:tcPr>
            <w:tcW w:type="dxa" w:w="5112"/>
            <w:vAlign w:val="center"/>
            <w:shd w:fill="EEF4FF"/>
          </w:tcPr>
          <w:p>
            <w:r>
              <w:t>Date de mise à jour</w:t>
            </w:r>
          </w:p>
        </w:tc>
        <w:tc>
          <w:tcPr>
            <w:tcW w:type="dxa" w:w="5112"/>
            <w:vAlign w:val="center"/>
          </w:tcPr>
          <w:p>
            <w:r>
              <w:t>2026-06-23</w:t>
            </w:r>
          </w:p>
        </w:tc>
      </w:tr>
    </w:tbl>
    <w:p/>
    <w:p>
      <w:pPr>
        <w:pStyle w:val="Heading1"/>
      </w:pPr>
      <w:r>
        <w:rPr>
          <w:b w:val="0"/>
          <w:i w:val="0"/>
        </w:rPr>
        <w:t>A. Points indispensables à vérifier avant signature</w:t>
      </w:r>
    </w:p>
    <w:p>
      <w:pPr>
        <w:pStyle w:val="ListBullet"/>
      </w:pPr>
      <w:r>
        <w:t>Vérifier d’abord que « État des lieux » correspond au bon régime juridique et au bon usage du bien.</w:t>
      </w:r>
    </w:p>
    <w:p>
      <w:pPr>
        <w:pStyle w:val="ListBullet"/>
      </w:pPr>
      <w:r>
        <w:t>Décrire précisément le bien, les annexes, l’état des lieux, l’inventaire, les diagnostics, les clés et les documents remis.</w:t>
      </w:r>
    </w:p>
    <w:p>
      <w:pPr>
        <w:pStyle w:val="ListBullet"/>
      </w:pPr>
      <w:r>
        <w:t>Séparer clairement loyer ou prix, charges, dépôt de garantie, révision, régularisation, frais et justificatifs.</w:t>
      </w:r>
    </w:p>
    <w:p>
      <w:pPr>
        <w:pStyle w:val="ListBullet"/>
      </w:pPr>
      <w:r>
        <w:t>Prévoir la sortie : congé, préavis, restitution, état de sortie, retenues justifiées, preuves d’envoi et exemplaires signés.</w:t>
      </w:r>
    </w:p>
    <w:p>
      <w:pPr>
        <w:pStyle w:val="Heading1"/>
      </w:pPr>
      <w:r>
        <w:rPr>
          <w:b w:val="0"/>
          <w:i w:val="0"/>
        </w:rPr>
        <w:t>B. Pièges à éviter</w:t>
      </w:r>
    </w:p>
    <w:p>
      <w:pPr>
        <w:pStyle w:val="ListBullet"/>
      </w:pPr>
      <w:r>
        <w:t>Mauvais régime de bail ou de document : meublé, vide, mobilité, commercial, professionnel ou colocation confondus.</w:t>
      </w:r>
    </w:p>
    <w:p>
      <w:pPr>
        <w:pStyle w:val="ListBullet"/>
      </w:pPr>
      <w:r>
        <w:t>Adresse, description du bien, surface, destination, équipements ou annexes imprécis.</w:t>
      </w:r>
    </w:p>
    <w:p>
      <w:pPr>
        <w:pStyle w:val="ListBullet"/>
      </w:pPr>
      <w:r>
        <w:t>Montants mélangés : loyer, charges, dépôt, régularisation, indexation ou frais non séparés.</w:t>
      </w:r>
    </w:p>
    <w:p>
      <w:pPr>
        <w:pStyle w:val="ListBullet"/>
      </w:pPr>
      <w:r>
        <w:t>Absence d’état des lieux, inventaire, diagnostics, justificatifs ou preuve de remise.</w:t>
      </w:r>
    </w:p>
    <w:p>
      <w:pPr>
        <w:pStyle w:val="Heading1"/>
      </w:pPr>
      <w:r>
        <w:rPr>
          <w:b w:val="0"/>
          <w:i w:val="0"/>
        </w:rPr>
        <w:t>C. Clauses et informations à adapter</w:t>
      </w:r>
    </w:p>
    <w:p>
      <w:pPr>
        <w:pStyle w:val="ListBullet"/>
      </w:pPr>
      <w:r>
        <w:t>Loyer : préciser le contenu exact, les limites, les preuves et les conséquences pratiques.</w:t>
      </w:r>
    </w:p>
    <w:p>
      <w:pPr>
        <w:pStyle w:val="ListBullet"/>
      </w:pPr>
      <w:r>
        <w:t>Charges : préciser le contenu exact, les limites, les preuves et les conséquences pratiques.</w:t>
      </w:r>
    </w:p>
    <w:p>
      <w:pPr>
        <w:pStyle w:val="ListBullet"/>
      </w:pPr>
      <w:r>
        <w:t>Dépôt de garantie : préciser le contenu exact, les limites, les preuves et les conséquences pratiques.</w:t>
      </w:r>
    </w:p>
    <w:p>
      <w:pPr>
        <w:pStyle w:val="ListBullet"/>
      </w:pPr>
      <w:r>
        <w:t>État des lieux : préciser le contenu exact, les limites, les preuves et les conséquences pratiques.</w:t>
      </w:r>
    </w:p>
    <w:p>
      <w:pPr>
        <w:pStyle w:val="ListBullet"/>
      </w:pPr>
      <w:r>
        <w:t>Préavis : préciser le contenu exact, les limites, les preuves et les conséquences pratiques.</w:t>
      </w:r>
    </w:p>
    <w:p>
      <w:pPr>
        <w:pStyle w:val="ListBullet"/>
      </w:pPr>
      <w:r>
        <w:t>Identité du bailleur et du locataire : ne pas laisser vide ; indiquer “sans objet” si le point ne concerne pas le dossier.</w:t>
      </w:r>
    </w:p>
    <w:p>
      <w:pPr>
        <w:pStyle w:val="ListBullet"/>
      </w:pPr>
      <w:r>
        <w:t>Adresse et description du logement : ne pas laisser vide ; indiquer “sans objet” si le point ne concerne pas le dossier.</w:t>
      </w:r>
    </w:p>
    <w:p>
      <w:pPr>
        <w:pStyle w:val="ListBullet"/>
      </w:pPr>
      <w:r>
        <w:t>Durée du bail : ne pas laisser vide ; indiquer “sans objet” si le point ne concerne pas le dossier.</w:t>
      </w:r>
    </w:p>
    <w:p>
      <w:pPr>
        <w:pStyle w:val="ListBullet"/>
      </w:pPr>
      <w:r>
        <w:t>Montant du loyer et des charges : ne pas laisser vide ; indiquer “sans objet” si le point ne concerne pas le dossier.</w:t>
      </w:r>
    </w:p>
    <w:p>
      <w:pPr>
        <w:pStyle w:val="ListBullet"/>
      </w:pPr>
      <w:r>
        <w:t>Dépôt de garantie : ne pas laisser vide ; indiquer “sans objet” si le point ne concerne pas le dossier.</w:t>
      </w:r>
    </w:p>
    <w:p>
      <w:pPr>
        <w:pStyle w:val="ListBullet"/>
      </w:pPr>
      <w:r>
        <w:t>Diagnostics et annexes : ne pas laisser vide ; indiquer “sans objet” si le point ne concerne pas le dossier.</w:t>
      </w:r>
    </w:p>
    <w:p>
      <w:pPr>
        <w:pStyle w:val="ListBullet"/>
      </w:pPr>
      <w:r>
        <w:t>État des lieux : ne pas laisser vide ; indiquer “sans objet” si le point ne concerne pas le dossier.</w:t>
      </w:r>
    </w:p>
    <w:p>
      <w:pPr>
        <w:pStyle w:val="ListBullet"/>
      </w:pPr>
      <w:r>
        <w:t>Préavis et congé : ne pas laisser vide ; indiquer “sans objet” si le point ne concerne pas le dossier.</w:t>
      </w:r>
    </w:p>
    <w:p>
      <w:pPr>
        <w:pStyle w:val="ListBullet"/>
      </w:pPr>
      <w:r>
        <w:t>Signatures : ne pas laisser vide ; indiquer “sans objet” si le point ne concerne pas le dossier.</w:t>
      </w:r>
    </w:p>
    <w:p>
      <w:pPr>
        <w:pStyle w:val="Heading1"/>
      </w:pPr>
      <w:r>
        <w:rPr>
          <w:b w:val="0"/>
          <w:i w:val="0"/>
        </w:rPr>
        <w:t>1. Projet de document</w:t>
      </w:r>
    </w:p>
    <w:p>
      <w:pPr>
        <w:pStyle w:val="Heading2"/>
      </w:pPr>
      <w:r>
        <w:rPr>
          <w:b w:val="0"/>
          <w:i w:val="0"/>
        </w:rPr>
        <w:t>Article 1 — Parties</w:t>
      </w:r>
    </w:p>
    <w:p>
      <w:r>
        <w:rPr>
          <w:b w:val="0"/>
          <w:i w:val="0"/>
        </w:rPr>
        <w:t>Le présent document est conclu entre [PARTIE 1 : nom, adresse, qualité, représentant habilité], ci-après « Partie 1 », et [PARTIE 2 : nom, adresse, qualité, représentant habilité], ci-après « Partie 2 ». Chaque signataire déclare disposer de la capacité et, le cas échéant, des pouvoirs nécessaires pour s’engager.</w:t>
      </w:r>
    </w:p>
    <w:p>
      <w:pPr>
        <w:pStyle w:val="Heading2"/>
      </w:pPr>
      <w:r>
        <w:rPr>
          <w:b w:val="0"/>
          <w:i w:val="0"/>
        </w:rPr>
        <w:t>Article 2 — Objet et périmètre</w:t>
      </w:r>
    </w:p>
    <w:p>
      <w:r>
        <w:rPr>
          <w:b w:val="0"/>
          <w:i w:val="0"/>
        </w:rPr>
        <w:t>Le présent document a pour objet : [décrire clairement le bien, le logement, la mission, la vente, le service, l’autorisation, la dette, la demande ou l’engagement]. Tout élément non inclus doit être explicitement exclu ou renvoyé à une annexe.</w:t>
      </w:r>
    </w:p>
    <w:p>
      <w:pPr>
        <w:pStyle w:val="Heading2"/>
      </w:pPr>
      <w:r>
        <w:rPr>
          <w:b w:val="0"/>
          <w:i w:val="0"/>
        </w:rPr>
        <w:t>Article 3 — Date d’effet, durée et calendrier</w:t>
      </w:r>
    </w:p>
    <w:p>
      <w:r>
        <w:rPr>
          <w:b w:val="0"/>
          <w:i w:val="0"/>
        </w:rPr>
        <w:t>Le document prend effet le [DATE] pour une durée de [DURÉE]. Les échéances, renouvellements, délais de préavis, délais de réponse, périodes d’essai ou dates de livraison doivent être précisés sans ambiguïté.</w:t>
      </w:r>
    </w:p>
    <w:p>
      <w:pPr>
        <w:pStyle w:val="Heading2"/>
      </w:pPr>
      <w:r>
        <w:rPr>
          <w:b w:val="0"/>
          <w:i w:val="0"/>
        </w:rPr>
        <w:t>Article 4 — Prix, loyer, rémunération ou contrepartie</w:t>
      </w:r>
    </w:p>
    <w:p>
      <w:r>
        <w:rPr>
          <w:b w:val="0"/>
          <w:i w:val="0"/>
        </w:rPr>
        <w:t>Le montant convenu est de [MONTANT]. Les taxes, charges, acomptes, échéances, moyens de paiement, retards, intérêts, retenues, remboursements ou gratuités doivent être décrits de manière séparée.</w:t>
      </w:r>
    </w:p>
    <w:p>
      <w:pPr>
        <w:pStyle w:val="Heading2"/>
      </w:pPr>
      <w:r>
        <w:rPr>
          <w:b w:val="0"/>
          <w:i w:val="0"/>
        </w:rPr>
        <w:t>Article 5 — Logement, local, état des lieux et annexes</w:t>
      </w:r>
    </w:p>
    <w:p>
      <w:r>
        <w:rPr>
          <w:b w:val="0"/>
          <w:i w:val="0"/>
        </w:rPr>
        <w:t>Le bien concerné est situé à [ADRESSE COMPLÈTE] et décrit comme suit : [surface, pièces, équipements, dépendances, accès, stationnement, cave, mobilier].</w:t>
      </w:r>
    </w:p>
    <w:p>
      <w:r>
        <w:rPr>
          <w:b w:val="0"/>
          <w:i w:val="0"/>
        </w:rPr>
        <w:t>Joindre et lister les annexes utiles : état des lieux, inventaire, diagnostics, règlement de copropriété, notice d’information, clés remises, compteurs, attestations d’assurance.</w:t>
      </w:r>
    </w:p>
    <w:p>
      <w:pPr>
        <w:pStyle w:val="ListBullet"/>
      </w:pPr>
      <w:r>
        <w:t>Pour un bail meublé, vérifier que le logement est réellement équipé pour une occupation normale et que l’inventaire est précis.</w:t>
      </w:r>
    </w:p>
    <w:p>
      <w:pPr>
        <w:pStyle w:val="ListBullet"/>
      </w:pPr>
      <w:r>
        <w:t>Séparer clairement loyer, charges, dépôt de garantie, modalités de révision, régularisation et restitution.</w:t>
      </w:r>
    </w:p>
    <w:p>
      <w:pPr>
        <w:pStyle w:val="Heading2"/>
      </w:pPr>
      <w:r>
        <w:rPr>
          <w:b w:val="0"/>
          <w:i w:val="0"/>
        </w:rPr>
        <w:t>Article 6 — Obligations communes et preuves</w:t>
      </w:r>
    </w:p>
    <w:p>
      <w:r>
        <w:rPr>
          <w:b w:val="0"/>
          <w:i w:val="0"/>
        </w:rPr>
        <w:t>Les parties conservent un exemplaire complet, daté et signé du document et de ses annexes.</w:t>
      </w:r>
    </w:p>
    <w:p>
      <w:r>
        <w:rPr>
          <w:b w:val="0"/>
          <w:i w:val="0"/>
        </w:rPr>
        <w:t>Les notifications importantes doivent être envoyées par un moyen permettant d’en conserver la preuve.</w:t>
      </w:r>
    </w:p>
    <w:p>
      <w:pPr>
        <w:pStyle w:val="ListBullet"/>
      </w:pPr>
      <w:r>
        <w:t>Chaque modification doit être formalisée par écrit, datée et acceptée par les parties concernées.</w:t>
      </w:r>
    </w:p>
    <w:p>
      <w:pPr>
        <w:pStyle w:val="Heading2"/>
      </w:pPr>
      <w:r>
        <w:rPr>
          <w:b w:val="0"/>
          <w:i w:val="0"/>
        </w:rPr>
        <w:t>Article 7 — Fin, résiliation, restitution et solde</w:t>
      </w:r>
    </w:p>
    <w:p>
      <w:r>
        <w:rPr>
          <w:b w:val="0"/>
          <w:i w:val="0"/>
        </w:rPr>
        <w:t>Préciser les conditions de fin : préavis, congé, manquement, terme, restitution des biens, remise des accès, paiement du solde, remboursement, retenues justifiées, pièces à restituer et conservation des preuves.</w:t>
      </w:r>
    </w:p>
    <w:p>
      <w:pPr>
        <w:pStyle w:val="Heading2"/>
      </w:pPr>
      <w:r>
        <w:rPr>
          <w:b w:val="0"/>
          <w:i w:val="0"/>
        </w:rPr>
        <w:t>Article 8 — Règlement amiable et droit applicable</w:t>
      </w:r>
    </w:p>
    <w:p>
      <w:r>
        <w:rPr>
          <w:b w:val="0"/>
          <w:i w:val="0"/>
        </w:rPr>
        <w:t>Le présent modèle est conçu pour une utilisation en France. En cas de difficulté, les parties recherchent d’abord une solution amiable et conservent les preuves des échanges. Le droit applicable, l’autorité compétente ou la juridiction doivent être vérifiés selon le dossier.</w:t>
      </w:r>
    </w:p>
    <w:p>
      <w:pPr>
        <w:pStyle w:val="Heading2"/>
      </w:pPr>
      <w:r>
        <w:rPr>
          <w:b w:val="0"/>
          <w:i w:val="0"/>
        </w:rPr>
        <w:t>Article 9 — Signatures</w:t>
      </w:r>
    </w:p>
    <w:p>
      <w:r>
        <w:rPr>
          <w:b w:val="0"/>
          <w:i w:val="0"/>
        </w:rPr>
        <w:t>Fait à [VILLE], le [DATE], en [NOMBRE] exemplaires. Signatures précédées, si nécessaire, de la mention utile. Annexes paraphées ou identifiées clairement.</w:t>
      </w:r>
    </w:p>
    <w:p>
      <w:pPr>
        <w:pStyle w:val="Heading1"/>
      </w:pPr>
      <w:r>
        <w:rPr>
          <w:b w:val="0"/>
          <w:i w:val="0"/>
        </w:rPr>
        <w:t>D. Utilisation hors France</w:t>
      </w:r>
    </w:p>
    <w:p>
      <w:r>
        <w:rPr>
          <w:b w:val="0"/>
          <w:i w:val="0"/>
        </w:rPr>
        <w:t>Ce modèle est construit pour une utilisation en France. Ne l’utilisez pas tel quel en Belgique, Suisse, Luxembourg ou Monaco : règles de forme, mentions obligatoires, délais, autorités et annexes peuvent changer.</w:t>
      </w:r>
    </w:p>
    <w:p>
      <w:pPr>
        <w:pStyle w:val="ListBullet"/>
      </w:pPr>
      <w:r>
        <w:t>Belgique : vérifier la région compétente, les formalités d’enregistrement et les modèles officiels disponibles.</w:t>
      </w:r>
    </w:p>
    <w:p>
      <w:pPr>
        <w:pStyle w:val="ListBullet"/>
      </w:pPr>
      <w:r>
        <w:t>Suisse : vérifier le Code des obligations, les règles cantonales, les formules officielles et délais applicables.</w:t>
      </w:r>
    </w:p>
    <w:p>
      <w:pPr>
        <w:pStyle w:val="ListBullet"/>
      </w:pPr>
      <w:r>
        <w:t>Luxembourg : vérifier les règles de bail, travail, consommation ou contrat applicables et les informations obligatoires.</w:t>
      </w:r>
    </w:p>
    <w:p>
      <w:pPr>
        <w:pStyle w:val="ListBullet"/>
      </w:pPr>
      <w:r>
        <w:t>Monaco : vérifier le Code civil monégasque, les textes spéciaux et les démarches locales.</w:t>
      </w:r>
    </w:p>
    <w:p>
      <w:pPr>
        <w:pStyle w:val="Heading1"/>
      </w:pPr>
      <w:r>
        <w:rPr>
          <w:b w:val="0"/>
          <w:i w:val="0"/>
        </w:rPr>
        <w:t>E. Checklist finale</w:t>
      </w:r>
    </w:p>
    <w:p>
      <w:pPr>
        <w:pStyle w:val="ListBullet"/>
      </w:pPr>
      <w:r>
        <w:t>Toutes les parties sont identifiées et habilitées à signer.</w:t>
      </w:r>
    </w:p>
    <w:p>
      <w:pPr>
        <w:pStyle w:val="ListBullet"/>
      </w:pPr>
      <w:r>
        <w:t>Aucun champ important n’est laissé vide.</w:t>
      </w:r>
    </w:p>
    <w:p>
      <w:pPr>
        <w:pStyle w:val="ListBullet"/>
      </w:pPr>
      <w:r>
        <w:t>Les montants, dates, délais et annexes sont cohérents.</w:t>
      </w:r>
    </w:p>
    <w:p>
      <w:pPr>
        <w:pStyle w:val="ListBullet"/>
      </w:pPr>
      <w:r>
        <w:t>Les clauses sensibles ont été relues et adaptées.</w:t>
      </w:r>
    </w:p>
    <w:p>
      <w:pPr>
        <w:pStyle w:val="ListBullet"/>
      </w:pPr>
      <w:r>
        <w:t>Chaque partie conserve un exemplaire complet signé.</w:t>
      </w:r>
    </w:p>
    <w:p>
      <w:r>
        <w:rPr>
          <w:b w:val="0"/>
          <w:i/>
          <w:color w:val="475569"/>
        </w:rPr>
        <w:t>Dernière mise à jour du modèle : 2026-06-23</w:t>
      </w:r>
    </w:p>
    <w:sectPr w:rsidR="00FC693F" w:rsidRPr="0006063C" w:rsidSect="00034616">
      <w:footerReference w:type="default" r:id="rId9"/>
      <w:pgSz w:w="12240" w:h="15840"/>
      <w:pgMar w:top="936" w:right="1008" w:bottom="936"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sz w:val="16"/>
      </w:rPr>
      <w:t xml:space="preserve">Contrats.com — modèle gratuit — page </w:t>
    </w:r>
    <w: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eastAsia="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rial" w:hAnsi="Arial" w:eastAsia="Arial"/>
      <w:b/>
      <w:bCs/>
      <w:color w:val="071933"/>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rial" w:hAnsi="Arial" w:eastAsia="Arial"/>
      <w:b/>
      <w:bCs/>
      <w:color w:val="071933"/>
      <w:sz w:val="23"/>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rial" w:hAnsi="Arial" w:eastAsia="Arial"/>
      <w:b/>
      <w:color w:val="071933"/>
      <w:spacing w:val="5"/>
      <w:kern w:val="28"/>
      <w:sz w:val="4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Modèle de état des lieux gratuit — simple</dc:title>
  <dc:subject>Modèle gratuit à adapter avant signature</dc:subject>
  <dc:creator>Contrats.com</dc:creator>
  <cp:keywords/>
  <dc:description>generated by python-docx</dc:description>
  <cp:lastModifiedBy/>
  <cp:revision>1</cp:revision>
  <dcterms:created xsi:type="dcterms:W3CDTF">2013-12-23T23:15:00Z</dcterms:created>
  <dcterms:modified xsi:type="dcterms:W3CDTF">2013-12-23T23:15:00Z</dcterms:modified>
  <cp:category/>
</cp:coreProperties>
</file>