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autorisation parentale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autoriser une sortie, un voyage ou une activité d’un mineur selon le contexte.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Autorisation parentale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autoriser une sortie, un voyage ou une activité d’un mineur selon le contexte.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si l’acte exige un document administratif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Autorisation parentale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Autorisation parentale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soussigné(e) [nom], autorise [nom de la personne ou structure autorisée] à [objet précis de l’autorisation], dans les limites suivantes : [durée, lieu, support, finalité].</w:t>
      </w:r>
    </w:p>
    <w:p>
      <w:r>
        <w:rPr>
          <w:b w:val="0"/>
          <w:i w:val="0"/>
        </w:rPr>
        <w:t>Cette autorisation est donnée pour [durée] et peut être retirée dans les conditions suivantes : [conditions].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autorisation parentale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