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attestation de vente entre particuliers gratuit</w:t>
      </w:r>
    </w:p>
    <w:p>
      <w:r>
        <w:rPr>
          <w:b/>
          <w:i w:val="0"/>
          <w:color w:val="0B2D57"/>
        </w:rPr>
        <w:t>Version simple — France — fichier modifiable gratuit</w:t>
      </w:r>
    </w:p>
    <w:p>
      <w:r>
        <w:rPr>
          <w:b w:val="0"/>
          <w:i/>
        </w:rPr>
        <w:t>Utiliser pour prouver une vente simple entre particuliers.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Attestation de vente entre particuliers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prouver une vente simple entre particuliers.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Attestation de vente entre particuliers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Attestation de vente entre particuliers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soussigné(e) [nom], atteste sur l’honneur les faits suivants : [décrire précisément les faits, dates, personnes concernées et justificatifs].</w:t>
      </w:r>
    </w:p>
    <w:p>
      <w:r>
        <w:rPr>
          <w:b w:val="0"/>
          <w:i w:val="0"/>
        </w:rPr>
        <w:t>Je reconnais que cette attestation pourra être produite dans le cadre de [objet], sous réserve de l’exactitude des informations déclarées.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attestation de vente entre particuliers gratuit — simple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