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résiliation téléphone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préparer la résiliation d’un forfait mobile ou téléphonique.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résiliation téléphone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préparer la résiliation d’un forfait mobile ou téléphonique.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si une réglementation sectorielle impose un formulaire, une information précontractuelle ou un délai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résiliation téléphone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résiliation téléphone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informe par la présente de ma volonté de résilier le contrat référencé ci-dessus, portant sur [objet du contrat], dans les conditions prévues par le contrat et les règles applicables.</w:t>
      </w:r>
    </w:p>
    <w:p>
      <w:r>
        <w:rPr>
          <w:b w:val="0"/>
          <w:i w:val="0"/>
        </w:rPr>
        <w:t>Je vous remercie de confirmer par écrit la date effective de résiliation, le solde éventuel et les modalités de restitution ou de clôture du service.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résiliation téléphone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