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internet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préparer la résiliation d’un abonnement internet.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internet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préparer la résiliation d’un abonnement internet.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internet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internet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internet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